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</w:rPr>
        <w:t>DOCUMENTO DI FANTASIA PER ESERCITAZIONE - nessun riferimento a persone, aziende, enti o atti reali</w:t>
      </w:r>
    </w:p>
    <w:p>
      <w:pPr>
        <w:pStyle w:val="Heading1"/>
      </w:pPr>
      <w:r>
        <w:t>Contratto di fornitura - bozza restituita dal Fornitore (Beta Metalli Spa)</w:t>
      </w:r>
    </w:p>
    <w:p>
      <w:pPr>
        <w:pStyle w:val="Heading2"/>
      </w:pPr>
      <w:r>
        <w:t>Art. 1 - Oggetto</w:t>
      </w:r>
    </w:p>
    <w:p>
      <w:r>
        <w:t>Il Fornitore fornisce all'Acquirente i componenti elencati nell'Allegato A, secondo gli ordini dell'Acquirente.</w:t>
      </w:r>
    </w:p>
    <w:p>
      <w:pPr>
        <w:pStyle w:val="Heading2"/>
      </w:pPr>
      <w:r>
        <w:t>Art. 2 - Prezzo e pagamento</w:t>
      </w:r>
    </w:p>
    <w:p>
      <w:r>
        <w:t>I prezzi sono quelli dell'Allegato A. Il pagamento avviene a 30 giorni dalla data della fattura.</w:t>
      </w:r>
    </w:p>
    <w:p>
      <w:pPr>
        <w:pStyle w:val="Heading2"/>
      </w:pPr>
      <w:r>
        <w:t>Art. 3 - Consegna e penali</w:t>
      </w:r>
    </w:p>
    <w:p>
      <w:r>
        <w:t>Le consegne avvengono di norma entro 10 giorni lavorativi dall'ordine. Per ogni giorno di ritardo il Fornitore paga una penale pari allo 0,5% del valore dell'ordine, fino a un massimo del 5%.</w:t>
      </w:r>
    </w:p>
    <w:p>
      <w:pPr>
        <w:pStyle w:val="Heading2"/>
      </w:pPr>
      <w:r>
        <w:t>Art. 4 - Garanzia</w:t>
      </w:r>
    </w:p>
    <w:p>
      <w:r>
        <w:t>Il Fornitore garantisce i componenti per 24 mesi dalla consegna. La responsabilità complessiva del Fornitore non può superare il corrispettivo pagato nei dodici mesi precedenti.</w:t>
      </w:r>
    </w:p>
    <w:p>
      <w:pPr>
        <w:pStyle w:val="Heading2"/>
      </w:pPr>
      <w:r>
        <w:t>Art. 5 - Foro competente</w:t>
      </w:r>
    </w:p>
    <w:p>
      <w:r>
        <w:t>Per ogni controversia è competente in via esclusiva il Foro di Napoli.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